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corrigés d'électronique numérique avec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Ouahabi, Abdeldjalil/ </w:t>
            </w:r>
          </w:p>
        </w:tc>
      </w:tr>
      <w:tr>
        <w:trPr>
          <w:trHeight w:val="567"/>
        </w:trPr>
        <w:tc>
          <w:tcPr>
            <w:tcW w:type="dxa" w:w="3000"/>
          </w:tcPr>
          <w:p>
            <w:r>
              <w:t>Adresse bib.</w:t>
            </w:r>
          </w:p>
        </w:tc>
        <w:tc>
          <w:tcPr>
            <w:tcW w:type="dxa" w:w="7000"/>
          </w:tcPr>
          <w:p>
            <w:r>
              <w:t xml:space="preserve">connaissance du monde/ </w:t>
            </w:r>
          </w:p>
        </w:tc>
      </w:tr>
      <w:tr>
        <w:trPr>
          <w:trHeight w:val="567"/>
        </w:trPr>
        <w:tc>
          <w:tcPr>
            <w:tcW w:type="dxa" w:w="3000"/>
          </w:tcPr>
          <w:p>
            <w:r>
              <w:t>Nombre de Pages</w:t>
            </w:r>
          </w:p>
        </w:tc>
        <w:tc>
          <w:tcPr>
            <w:tcW w:type="dxa" w:w="7000"/>
          </w:tcPr>
          <w:p>
            <w:r>
              <w:t>195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numérique/ système de numérique/ </w:t>
            </w:r>
          </w:p>
        </w:tc>
      </w:tr>
    </w:tbl>
    <w:p>
      <w:pPr>
        <w:pStyle w:val="Heading3"/>
      </w:pPr>
      <w:r>
        <w:t>Résumé :</w:t>
      </w:r>
    </w:p>
    <w:p>
      <w:r>
        <w:t>Ce livre propose une approche pratique de l’électronique numérique en combinant rappels théoriques et exercices corrigés. Il aborde les notions fondamentales telles que la logique combinatoire et séquentielle, l’algèbre de Boole, les circuits intégrés, les registres et compteurs, ainsi que les systèmes de codage et de mémorisation. Les problèmes corrigés permettent de consolider la compréhension des concepts et de développer les compétences en résolution d’applications concrètes, constituant ainsi un outil pédagogique efficace pour étudiants et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