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Orsini, Claude/ Noel, Bruno/ Noel, Regine/ </w:t>
            </w:r>
          </w:p>
        </w:tc>
      </w:tr>
      <w:tr>
        <w:trPr>
          <w:trHeight w:val="567"/>
        </w:trPr>
        <w:tc>
          <w:tcPr>
            <w:tcW w:type="dxa" w:w="3000"/>
          </w:tcPr>
          <w:p>
            <w:r>
              <w:t>Adresse bib.</w:t>
            </w:r>
          </w:p>
        </w:tc>
        <w:tc>
          <w:tcPr>
            <w:tcW w:type="dxa" w:w="7000"/>
          </w:tcPr>
          <w:p>
            <w:r>
              <w:t xml:space="preserve">Hachette livre/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2011452600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diviseur de tension/ antiélectronique/ </w:t>
            </w:r>
          </w:p>
        </w:tc>
      </w:tr>
    </w:tbl>
    <w:p>
      <w:pPr>
        <w:pStyle w:val="Heading3"/>
      </w:pPr>
      <w:r>
        <w:t>Résumé :</w:t>
      </w:r>
    </w:p>
    <w:p>
      <w:r>
        <w:t>Ce livre d’électronique destiné aux classes préparatoires scientifiques (MP, MP*, PT, PT*, PSI, PSI*) présente de manière progressive et rigoureuse les notions essentielles de l’électronique analogique et numérique. Il aborde les composants fondamentaux (diodes, transistors, amplificateurs opérationnels), les montages classiques, l’analyse des circuits linéaires et non linéaires, ainsi que les principes de filtrage, d’amplification, de régulation et de conversion de signaux. Conçu comme un outil d’apprentissage et de révision, il combine théorie, méthodes de résolution, exercices et applications pour préparer efficacement aux concours des grandes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