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PC comment ça marche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White, Ron/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 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277-286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composants d’un PC/ systèmes d'exploitation/ </w:t>
            </w:r>
          </w:p>
        </w:tc>
      </w:tr>
    </w:tbl>
    <w:p>
      <w:pPr>
        <w:pStyle w:val="Heading3"/>
      </w:pPr>
      <w:r>
        <w:t>Résumé :</w:t>
      </w:r>
    </w:p>
    <w:p>
      <w:r>
        <w:t>Connaître son PC et ses composants les plus récents n'a jamais été aussi facile ! Grâce à cet ouvrage tout en couleurs et richement illustré, pénétrez au cœur de votre ordinateur pour en découvrir le fonctionnement. Les technologies les plus récentes sont abordées : Processeurs Intel Pentium 4 et ADM Athlon ; Stockage optique (CD-R et CD-RW) ; Reconnaissance optique de caractères ; Streaming audio et vidéo ; Technologies sans fil.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