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populations animales et végétales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Claude/ Barbault,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2100058088</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des populations/ </w:t>
            </w:r>
          </w:p>
        </w:tc>
      </w:tr>
    </w:tbl>
    <w:p>
      <w:pPr>
        <w:pStyle w:val="Heading3"/>
      </w:pPr>
      <w:r>
        <w:t>Résumé :</w:t>
      </w:r>
    </w:p>
    <w:p>
      <w:r>
        <w:t>Cet ouvrage synthétise les principaux apports expérimentaux et théoriques des disciplines concernées par les populations animales et végétales : démographie, dynamique et génétique des populations, biologie évolutionniste, écologie. La première partie présente les concepts, méthodes et résultats élaborés dans les domaines de la démographie, de l'écologie et de la génétique (analyse et projections démographiques, contrôle naturel des effectifs, structure génétique). La seconde partie est consacrée à la sélection et à l'évolution de nombreuses caractéristiques des cycles biologiques (les «traits de vie» : proportion des sexes, systèmes de fécondation, dispersion, longévité et sénescence, effectif des progénitures etc.) et s'intéresse à la manière dont elles sont modelées par la sélection naturelle. Des applications abordent aussi les problèmes d'exploitations des populations naturelles, de contrôle d'espèces jugées nuisibles et de conservation des espèces menacées d'extinction.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