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Naudet, Claude/ Pinard,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2100035959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de commande/ onduleur de tention/ électronique des impulsions/ électronique de puissance/ </w:t>
            </w:r>
          </w:p>
        </w:tc>
      </w:tr>
    </w:tbl>
    <w:p>
      <w:pPr>
        <w:pStyle w:val="Heading3"/>
      </w:pPr>
      <w:r>
        <w:t>Résumé :</w:t>
      </w:r>
    </w:p>
    <w:p>
      <w:r>
        <w:t>ce livre sans equivalent sur le marchè prèpare l'etudiane de deug ti,sts,iut et ecoles d'ingènieurs aux rèalitès du laboratoire et de la plate forme d'essai.tout ces essais sont rèalisables avecd les matèriels les plus rèpandus dans les etablissements d'enseignement superieur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