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biologiques et écologiques de l'aquaculture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Barnabé,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2852065932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connaissances scientifiques et techniques fondamentales nécessaires pour comprendre les bases biologiques et écologiques de l’aquaculture. Il est destiné à fournir à la fois une synthèse accessible et une mise à jour sur les mécanismes écologiques qui gouvernent la production biologique en milieu aquatique.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