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d'une topologie de conversion directe dans un champ photovoltaïque raccordé à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Chouial, Hichem/ Labar  Hocine/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panneau photovoltaïque/ convertisseur DC-DC/ réseau électrique/ </w:t>
            </w:r>
          </w:p>
        </w:tc>
      </w:tr>
    </w:tbl>
    <w:p>
      <w:pPr>
        <w:pStyle w:val="Heading3"/>
      </w:pPr>
      <w:r>
        <w:t>Résumé :</w:t>
      </w:r>
    </w:p>
    <w:p>
      <w:r>
        <w:t>Le coût associé à la conversion de l'énergie photovoltaïque constitue l'un des principaux défis entravant son adoption à grande échelle. Afin de surmonter cet obstacle, les chercheurs ont exploré des solutions visant à réduire le nombre d'étapes de conversion tout en maintenant la stabilité et l'efficacité des systèmes photovoltaïques. Cette démarche vise à optimiser tant l'efficacité que la rentabilité des installations solaires, ouvrant la voie à une adoption plus répandue et économique de cette forme d'énergie renouvelable. Dans ce contexte, il est essentiel d'examiner les avancées technologiques et les innovations qui permettent de relever les défis de la conversion photovoltaïque, offrant ainsi des solutions viables pour un avenir énergétique durable.</w:t>
        <w:br/>
        <w:br/>
        <w:t>Les systèmes photovoltaïques optimisés connectés au réseau se composent généralement de trois parties principales : le module PV, le convertisseur DC/AC onduleur avec MPPT, et le réseau électrique. Cette thèse présente une étude approfondie sur notre système photovoltaïque ainsi que sur l'efficacité de l'MPPT proposé. Nous avons également évalué l'efficacité du système PV optimisé dans le contexte d'un réseau électrique, comme en témoignent les résultats présentés dans notre étude. Ces investigations nous ont permis de mieux comprendre les mécanismes et les  composants qui influent sur les performances des installations solaires, ainsi que l'impact de l'optimisation sur leur intégration dans les réseaux électriques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