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Animez et dynamisez votre site avec Flash MX et Actionscriptt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Warbesson, Karine/ </w:t>
            </w:r>
          </w:p>
        </w:tc>
      </w:tr>
      <w:tr>
        <w:trPr>
          <w:trHeight w:val="567"/>
        </w:trPr>
        <w:tc>
          <w:tcPr>
            <w:tcW w:type="dxa" w:w="3000"/>
          </w:tcPr>
          <w:p>
            <w:r>
              <w:t>Adresse bib.</w:t>
            </w:r>
          </w:p>
        </w:tc>
        <w:tc>
          <w:tcPr>
            <w:tcW w:type="dxa" w:w="7000"/>
          </w:tcPr>
          <w:p>
            <w:r>
              <w:t xml:space="preserve">Aliss Informatique/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203-206</w:t>
            </w:r>
          </w:p>
        </w:tc>
      </w:tr>
      <w:tr>
        <w:trPr>
          <w:trHeight w:val="567"/>
        </w:trPr>
        <w:tc>
          <w:tcPr>
            <w:tcW w:type="dxa" w:w="3000"/>
          </w:tcPr>
          <w:p>
            <w:r>
              <w:t>Numéro d'Identification</w:t>
            </w:r>
          </w:p>
        </w:tc>
        <w:tc>
          <w:tcPr>
            <w:tcW w:type="dxa" w:w="7000"/>
          </w:tcPr>
          <w:p>
            <w:r>
              <w:t>9782847820171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Flash MX/ actionscript/ </w:t>
            </w:r>
          </w:p>
        </w:tc>
      </w:tr>
    </w:tbl>
    <w:p>
      <w:pPr>
        <w:pStyle w:val="Heading3"/>
      </w:pPr>
      <w:r>
        <w:t>Résumé :</w:t>
      </w:r>
    </w:p>
    <w:p>
      <w:r>
        <w:t>La dernière version de Flash, nommée Flash MX (Macromedia expérience), va beaucoup plus loin pour devenir une application de développement de site complète, offrant à la fois animation et interactivité, mais aussi interactivité poussée avec la possibilité d'interaction avec des langages côté serveur et des bases de données. Bien sûr, Flash reste et demeurera pour longtemps un excellent outil d'animation vectoriel, mais ses possibilités ont été maintenant bien étendues, notamment avec son langage de développement enrichi de 300 nouvelles fonctions, et son interface totalement refondue qui facilite la programmation et l'optimisation du code.</w:t>
        <w:br/>
        <w:br/>
        <w:t>Aujourd'hui, l'utilisation de Flash MX est multiple et variée ; elle est de plus en plus indispensable à de très nombreuses catégories de professionnels de l'animation : créateurs, designers, programmeurs, webmasters et bien d'autres encore. Flash peut vous aider à réaliser une animation pour dynamiser votre site, ou construire celui-ci de A à Z en le reliant à une base de données et à un serveur d'applications...</w:t>
        <w:br/>
        <w:br/>
        <w:t>Ce livre s'adresse aux utilisateurs débutants et initiés de Flash, qui souhaitent soit découvrir Flash pour les premiers, soit les nouveautés de sa toute dernière version MX pour les autres. Vous apprendrez à animer textes et objets, à insérer du son et de la vidéo, mais aussi à réaliser facilement une animation en 3D en Flash avec Swift 3D. Une introduction à l'ActionScript vous est également présentée, afin de mieux comprendre et utiliser progressivement ActionScript dans vos animations. Aucun pré-requis n'est nécessaire, laissez-vous simplement guider.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