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algues, champignons, lichens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Amirouche; Radia/ Bouguedoura, N/ Hadj-Arab, H/ </w:t>
            </w:r>
          </w:p>
        </w:tc>
      </w:tr>
      <w:tr>
        <w:trPr>
          <w:trHeight w:val="567"/>
        </w:trPr>
        <w:tc>
          <w:tcPr>
            <w:tcW w:type="dxa" w:w="3000"/>
          </w:tcPr>
          <w:p>
            <w:r>
              <w:t>Adresse bib.</w:t>
            </w:r>
          </w:p>
        </w:tc>
        <w:tc>
          <w:tcPr>
            <w:tcW w:type="dxa" w:w="7000"/>
          </w:tcPr>
          <w:p>
            <w:r>
              <w:t xml:space="preserve">Edition Houma/ </w:t>
            </w:r>
          </w:p>
        </w:tc>
      </w:tr>
      <w:tr>
        <w:trPr>
          <w:trHeight w:val="567"/>
        </w:trPr>
        <w:tc>
          <w:tcPr>
            <w:tcW w:type="dxa" w:w="3000"/>
          </w:tcPr>
          <w:p>
            <w:r>
              <w:t>Nombre de Pages</w:t>
            </w:r>
          </w:p>
        </w:tc>
        <w:tc>
          <w:tcPr>
            <w:tcW w:type="dxa" w:w="7000"/>
          </w:tcPr>
          <w:p>
            <w:r>
              <w:t>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Licence sciences de la nature et de la vie(N°:None)</w:t>
            </w:r>
          </w:p>
        </w:tc>
      </w:tr>
      <w:tr>
        <w:trPr>
          <w:trHeight w:val="567"/>
        </w:trPr>
        <w:tc>
          <w:tcPr>
            <w:tcW w:type="dxa" w:w="3000"/>
          </w:tcPr>
          <w:p>
            <w:r>
              <w:t>Numéro d'Identification</w:t>
            </w:r>
          </w:p>
        </w:tc>
        <w:tc>
          <w:tcPr>
            <w:tcW w:type="dxa" w:w="7000"/>
          </w:tcPr>
          <w:p>
            <w:r>
              <w:t>9789961651599</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rhodophyta/ cytologie/ thalle/ </w:t>
            </w:r>
          </w:p>
        </w:tc>
      </w:tr>
    </w:tbl>
    <w:p>
      <w:pPr>
        <w:pStyle w:val="Heading3"/>
      </w:pPr>
      <w:r>
        <w:t>Résumé :</w:t>
      </w:r>
    </w:p>
    <w:p>
      <w:r>
        <w:t>Cet ouvrage conçu dans un but pédagogiques, propose une vision évolutive de l'Histoire de la vie végétale, il met l'accent sur la classification moderne phylogénétique des etres vivants .Il s'adresse principalement, science de la mer; Agronomie et pharmacie mais également à tous ceux qui souhaitent explorer les organismes, très diversités des milieux humides que sont les algues et ou qui désirent faire une incursion dans le monde des organismes pas comme les autres au comportement particulier que sont les champignons et les lichens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