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Poitevin, Jean-Marc/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389-400</w:t>
            </w:r>
          </w:p>
        </w:tc>
      </w:tr>
      <w:tr>
        <w:trPr>
          <w:trHeight w:val="567"/>
        </w:trPr>
        <w:tc>
          <w:tcPr>
            <w:tcW w:type="dxa" w:w="3000"/>
          </w:tcPr>
          <w:p>
            <w:r>
              <w:t>Numéro d'Identification</w:t>
            </w:r>
          </w:p>
        </w:tc>
        <w:tc>
          <w:tcPr>
            <w:tcW w:type="dxa" w:w="7000"/>
          </w:tcPr>
          <w:p>
            <w:r>
              <w:t>2100049372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linéaire/ théorème de northon/ </w:t>
            </w:r>
          </w:p>
        </w:tc>
      </w:tr>
    </w:tbl>
    <w:p>
      <w:pPr>
        <w:pStyle w:val="Heading3"/>
      </w:pPr>
      <w:r>
        <w:t>Résumé :</w:t>
      </w:r>
    </w:p>
    <w:p>
      <w:r>
        <w:t>Le livre « Électronique générale : aide-mémoire » présente de façon concise et structurée les notions essentielles de l’électronique, allant des composants de base (résistances, condensateurs, diodes, transistors) aux circuits fondamentaux (amplificateurs, oscillateurs, régulateurs), en passant par les principes de l’électronique analogique et numérique. Il constitue un outil pratique de révision et de référence rapide pour comprendre, concevoir et analyser les montages électroniques les plus courants.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