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L'Agriculture biologique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Saidi, Abdeslem/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Edition Houma/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9789961657287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Agriculture,agronomie et  techniques connexes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Agriculture, agronomie et techniques connexes (culture des plantes, exploitation de la faune et de la flore, généralités, ouvrages généraux et interdisciplinaires sur les plantes cultivées ; ouvrages interdisciplinaires sur les exploitations agricole/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Biologique agriculture/ </w:t>
            </w:r>
          </w:p>
        </w:tc>
      </w:tr>
    </w:tbl>
    <w:p>
      <w:pPr>
        <w:pStyle w:val="Heading3"/>
      </w:pPr>
      <w:r>
        <w:t>Résumé :</w:t>
      </w:r>
    </w:p>
    <w:p>
      <w:r>
        <w:t>Cet ouvrage propose une **introduction pratique et contextualisée** à l’agriculture biologique, pensée pour un public francophone nord-africain (ou maghrébin) : étudiants, techniciens et agriculteurs souhaitant comprendre et mettre en œuvre des pratiques biologiques adaptées à leurs territoires.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