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théorie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Picinbono, Bernard/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2040100806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filtre linéaire/ densité spectrale/ </w:t>
            </w:r>
          </w:p>
        </w:tc>
      </w:tr>
    </w:tbl>
    <w:p>
      <w:pPr>
        <w:pStyle w:val="Heading3"/>
      </w:pPr>
      <w:r>
        <w:t>Résumé :</w:t>
      </w:r>
    </w:p>
    <w:p>
      <w:r>
        <w:t>Le livre « Éléments de théorie du signal » présente les notions fondamentales liées à la représentation, l’analyse et le traitement des signaux, qu’ils soient continus ou discrets. Il aborde les outils mathématiques essentiels comme les séries de Fourier, les transformées de Fourier et de Laplace, ainsi que la convolution et les systèmes linéaires. L’ouvrage met en évidence les principes de filtrage, d’échantillonnage et de reconstruction des signaux, en soulignant leur importance dans les domaines de l’électronique, des télécommunications et du traitement numérique de l’information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