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FrontPage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Weiss, Aaron/ Berthier, Jean-Michel/ </w:t>
            </w:r>
          </w:p>
        </w:tc>
      </w:tr>
      <w:tr>
        <w:trPr>
          <w:trHeight w:val="567"/>
        </w:trPr>
        <w:tc>
          <w:tcPr>
            <w:tcW w:type="dxa" w:w="3000"/>
          </w:tcPr>
          <w:p>
            <w:r>
              <w:t>Adresse bib.</w:t>
            </w:r>
          </w:p>
        </w:tc>
        <w:tc>
          <w:tcPr>
            <w:tcW w:type="dxa" w:w="7000"/>
          </w:tcPr>
          <w:p>
            <w:r>
              <w:t xml:space="preserve">S &amp; SM/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Comment faire(N°:None)</w:t>
            </w:r>
          </w:p>
        </w:tc>
      </w:tr>
      <w:tr>
        <w:trPr>
          <w:trHeight w:val="567"/>
        </w:trPr>
        <w:tc>
          <w:tcPr>
            <w:tcW w:type="dxa" w:w="3000"/>
          </w:tcPr>
          <w:p>
            <w:r>
              <w:t>Notes Générales</w:t>
            </w:r>
          </w:p>
        </w:tc>
        <w:tc>
          <w:tcPr>
            <w:tcW w:type="dxa" w:w="7000"/>
          </w:tcPr>
          <w:p>
            <w:r>
              <w:t>Index p.p. 312-323</w:t>
            </w:r>
          </w:p>
        </w:tc>
      </w:tr>
      <w:tr>
        <w:trPr>
          <w:trHeight w:val="567"/>
        </w:trPr>
        <w:tc>
          <w:tcPr>
            <w:tcW w:type="dxa" w:w="3000"/>
          </w:tcPr>
          <w:p>
            <w:r>
              <w:t>Numéro d'Identification</w:t>
            </w:r>
          </w:p>
        </w:tc>
        <w:tc>
          <w:tcPr>
            <w:tcW w:type="dxa" w:w="7000"/>
          </w:tcPr>
          <w:p>
            <w:r>
              <w:t>2744003050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microsoft FrontPage/ création de sites web/ </w:t>
            </w:r>
          </w:p>
        </w:tc>
      </w:tr>
    </w:tbl>
    <w:p>
      <w:pPr>
        <w:pStyle w:val="Heading3"/>
      </w:pPr>
      <w:r>
        <w:t>Résumé :</w:t>
      </w:r>
    </w:p>
    <w:p>
      <w:r>
        <w:t>Cet livre propose une introduction accessible à Microsoft FrontPage 97, en expliquant les concepts fondamentaux de la création de sites web. L’auteur guide le lecteur à travers les différentes fonctionnalités du logiciel, en fournissant des instructions pas à pas. Il aborde des sujets tels que la création de pages web, l’insertion de textes et d’images, la mise en forme, ainsi que la gestion des liens et de la navigation. L’objectif est de permettre aux utilisateurs novices de se familiariser avec les outils nécessaires pour concevoir et publier un site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