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Produire du lait aujourd'hui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Leymarie,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Maison rustique/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d'avenir. Agriculture(N°:None)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2706600853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Produits laitiers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Produire du lait/ Industrie laitière/ </w:t>
            </w:r>
          </w:p>
        </w:tc>
      </w:tr>
    </w:tbl>
    <w:p>
      <w:pPr>
        <w:pStyle w:val="Heading3"/>
      </w:pPr>
      <w:r>
        <w:t>Résumé :</w:t>
      </w:r>
    </w:p>
    <w:p>
      <w:r>
        <w:t>* Le livre commence probablement par une **introduction** qui situe la production de lait dans le contexte des années 70 : demande, marché, conditions économiques, évolutions agricoles.</w:t>
        <w:br/>
        <w:br/>
        <w:t>* Ensuite, des chapitres sur les **méthodes d’élevage** : choix des races laitières, alimentation, conditions d’élevage, hygiène.</w:t>
        <w:br/>
        <w:br/>
        <w:t>* Puis, des chapitres techniques sur la traite : appareils, périodicité, soins, stockage du lait.</w:t>
        <w:br/>
        <w:br/>
        <w:t>* Probablement un chapitre sur le **contrôle de qualité du lait** : analyses physico-chimiques, microbiologiques, normes sanitaires.</w:t>
        <w:br/>
        <w:br/>
        <w:t>* Un chapitre sur la **valeur nutritive** du lait : composition en protéines, lipides, glucides, vitamines et minéraux, variations selon l’alimentation, la race, la saison.</w:t>
        <w:br/>
        <w:br/>
        <w:t>* Peut-être aussi des chapitres sur la transformation laitière (fromages, produits dérivés), ou sur les contraintes socio-économiques de la production laitière.</w:t>
        <w:br/>
        <w:br/>
        <w:t>* Pour finir, des perspectives ou recommandations pour améliorer ou moderniser la production de lait dans un contexte contemporain de l’époque.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