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d'électronique.T2, fonctions principales, systèmes intégrés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Poitevin, Jean-Marc/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2100079522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ingénieurs électroniciens/ électricité/ </w:t>
            </w:r>
          </w:p>
        </w:tc>
      </w:tr>
    </w:tbl>
    <w:p>
      <w:pPr>
        <w:pStyle w:val="Heading3"/>
      </w:pPr>
      <w:r>
        <w:t>Résumé :</w:t>
      </w:r>
    </w:p>
    <w:p>
      <w:r>
        <w:t>Le tome 2 du livre Exercices d’électronique de Jean-Marc Poitevin (2003) est un recueil pédagogique conçu pour aider les étudiants des filières scientifiques et techniques (BTS, IUT, licences) à approfondir leur maîtrise de l’électronique. Chaque chapitre commence par un rappel clair des notions de cours, suivi d’une série d’exercices progressifs et entièrement corrigés, permettant de relier théorie et pratique. L’ouvrage traite des fonctions principales et des systèmes intégrés en couvrant un large éventail de thèmes : contre-réaction et asservissements, oscillateurs, modulation et démodulation, générateurs de signaux, conversions analogique-numérique et numérique-analogique, filtres actifs et numériques, transmissions numériques et optoélectroniques, ainsi que les alimentations stabilisées et l’étude du bruit. Ce second volume complète le premier, qui posait les bases des circuits et composants fondamentaux, en abordant des problématiques plus complexes mêlant électronique analogique et numérique. Grâce à ses rappels de cours et ses corrections détaillées, le livre constitue à la fois un outil d’entraînement et un support de révision efficace, alliant rigueur théorique et application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