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Dépanner les ordinateurs et le matériel numérique.V1, la reflexion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Matthes, Wolfgang/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2866610954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numérique/ </w:t>
            </w:r>
          </w:p>
        </w:tc>
      </w:tr>
    </w:tbl>
    <w:p>
      <w:pPr>
        <w:pStyle w:val="Heading3"/>
      </w:pPr>
      <w:r>
        <w:t>Résumé :</w:t>
      </w:r>
    </w:p>
    <w:p>
      <w:r>
        <w:t>Nous avons assisté en trois ou quatre décennies à une mutation vertigineuse : la mécanique a été supplantée par l'électronique, d'abord analogique et désormais presque entièrement logique et numérique. Les microcontrôleurs sont partout. La mise en route, l'entretien et les réparations de tous ces matériels numériques supposent une grande variété de compétences, depuis le simple tour de main jusqu'à la connaissance de la théorie de la mesure. Le technicien expérimenté se distingue par la conscience qu'il a des limites à ses connaissances et des capacités de son matériel. L'habileté à éviter les pièges n'est pas la moindre de ses qualités. En effet, l'essentiel de la compétence du dépanneur réside dans son expérience, acquise au fil d'une pratique régulière et diversifiée. Pourtant, pour commencer, le bon dépanneur, même expérimenté, n'a le plus souvent qu'une certitude, c'est... d'être dans le doute. Ensuite, c'est par un patient travail de circonscription de la panne qu'il en vient à bout. Or, par ailleurs, l'accélération de l'évolution a eu précisément pour conséquence une raréfaction de cette fameuse expérience : pour les anciens, tout est allé trop vite, quant aux jeunes, ils n'ont pas encore eu le temps de comprendre que déjà ça change. Cet ouvrage en deux volumes, écrit par un spécialiste des techniques de test, de vérification et de dépannage de l'électronique numérique moderne, entend transmettre au lecteur des connaissances théoriques, certes, mais aussi les fruits précieux d'une longue pratique. Il est destiné aux utilisateurs de PC, aux responsables de l'informatique dans les entreprises, aux services après-vente, et aussi aux étudiants dans l'enseignement professionnel et technique. Le premier volume, intitulé " La Réflexion " s'attache à forger les outils mentaux à l'aide desquels est abordée ensuite la pratique du dépannage dans le deuxième volume, intitulé " L'Action ". Voici quelques-uns des sujets abordés : Bases du dépannage. Mesure des grandeurs électriques. Oscilloscopes. Analyseur logique. Analyse de signature. Détection et déclenchement d'événements. Comptage. Test de composants. Contrôle des alimentations. Contrôle des câbles. Recherche des défauts dans les platines. Recherche des défauts dans les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