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d'électronique.T1, composants discrets et méthodes de calcul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Poitevin, Jean-Marc/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2100068458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industries électroniques/ techniciens électroniciens/ </w:t>
            </w:r>
          </w:p>
        </w:tc>
      </w:tr>
    </w:tbl>
    <w:p>
      <w:pPr>
        <w:pStyle w:val="Heading3"/>
      </w:pPr>
      <w:r>
        <w:t>Résumé :</w:t>
      </w:r>
    </w:p>
    <w:p>
      <w:r>
        <w:t>Le livre Exercices d’électronique – Tome 1 : composants discrets et méthodes de calcul de Jean-Marc Poitevin (2003) est un ouvrage pédagogique qui associe rappels de cours et exercices corrigés afin d’aider les étudiants à assimiler les bases de l’électronique des composants discrets. Il couvre de façon progressive les notions essentielles : signaux déterministes, impédances et admittances, méthodes d’analyse des circuits, réponses temporelle et fréquentielle (avec Laplace, Bode, Nyquist), ainsi que l’étude des circuits résonnants, filtres et lignes de transmission. La deuxième partie aborde les composants actifs comme les diodes, les transistors bipolaires et à effet de champ, en insistant sur leur modélisation, leur polarisation, leurs limites de fonctionnement et leurs applications en amplification basse ou haute fréquence, amplification de puissance et commutation. L’ouvrage traite également des problèmes de linéarité, de stabilité et de distorsion, et propose une introduction aux amplificateurs opérationnels avec leurs montages fondamentaux et circuits plus complexes. Destiné aux étudiants de BTS, IUT, licences scientifiques et candidats aux concours, il se distingue par son approche progressive, ses corrections détaillées et son articulation claire entre théorie et pratique, offrant ainsi un support solide pour comprendre et appliquer les méthodes de calcul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