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des circuits de l'électronique et des amplificateurs.T2, amplificateurs HF et BF, oscillateurs et modulation, filtres et ponts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Petitclerc, A/ Gutton,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621.3815/ </w:t>
            </w:r>
          </w:p>
        </w:tc>
      </w:tr>
      <w:tr>
        <w:trPr>
          <w:trHeight w:val="567"/>
        </w:trPr>
        <w:tc>
          <w:tcPr>
            <w:tcW w:type="dxa" w:w="3000"/>
          </w:tcPr>
          <w:p>
            <w:r>
              <w:t>Sujet(s)</w:t>
            </w:r>
          </w:p>
        </w:tc>
        <w:tc>
          <w:tcPr>
            <w:tcW w:type="dxa" w:w="7000"/>
          </w:tcPr>
          <w:p>
            <w:r>
              <w:t xml:space="preserve">circuit électronique/ stabilité de oscillation/ </w:t>
            </w:r>
          </w:p>
        </w:tc>
      </w:tr>
    </w:tbl>
    <w:p>
      <w:pPr>
        <w:pStyle w:val="Heading3"/>
      </w:pPr>
      <w:r>
        <w:t>Résumé :</w:t>
      </w:r>
    </w:p>
    <w:p>
      <w:r>
        <w:t>Ce volume traite en profondeur des circuits d’amplification en haute fréquence (HF) et basse fréquence (BF), en présentant leurs principes de fonctionnement, caractéristiques et applications. Il développe les différents types d’oscillateurs et les techniques de modulation utilisées en électronique des communications. L’ouvrage aborde également la conception et l’analyse des filtres ainsi que l’étude des ponts de mesure, outils essentiels pour le contrôle, la caractérisation et la mise au point des systèmes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