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まるごと 日本のことばと文化 中級1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9784384057591</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日本語教育（にほんごきょういく）Enseignement du japonais/ 日本文化（にほんぶんか）culture japonaise/ </w:t>
            </w:r>
          </w:p>
        </w:tc>
      </w:tr>
    </w:tbl>
    <w:p>
      <w:pPr>
        <w:pStyle w:val="Heading3"/>
      </w:pPr>
      <w:r>
        <w:t>Résumé :</w:t>
      </w:r>
    </w:p>
    <w:p>
      <w:r>
        <w:t>日本語訳</w:t>
        <w:br/>
        <w:br/>
        <w:t>『まるごと 日本のことばと文化』は、国際交流基金（Japan Foundation）が編集した日本語教科書シリーズであり、JF日本語教育スタンダードに基づいて、日本語の言語能力と日本文化の理解を身につけることができます。</w:t>
        <w:br/>
        <w:br/>
        <w:t>このシリーズはA1、A2、B1、B2、C1、C2の6つのレベルで構成されており、各レベルは1冊または複数の巻から成り立っています。</w:t>
        <w:br/>
        <w:br/>
        <w:t>各教材は、同じ本に収められる場合と別々の本に分かれる場合がありますが、基本的に次の2つの部分で構成されています：</w:t>
        <w:br/>
        <w:br/>
        <w:t>理解（Rikai 理解） :文法や語彙などを体系的に学習する部分</w:t>
        <w:br/>
        <w:br/>
        <w:t>活動（Katsudoo 活動）：コミュニケーション活動を中心とした部分</w:t>
        <w:br/>
        <w:br/>
        <w:t>この本は中級（B1）レベルであり、理解（Rikai）と活動（Katsudoo）が1冊にまとめられています。</w:t>
        <w:br/>
        <w:br/>
        <w:t>シリーズの特徴</w:t>
        <w:br/>
        <w:br/>
        <w:t>ヨーロッパ言語共通参照枠（CEFR）に準拠</w:t>
        <w:br/>
        <w:br/>
        <w:t>コミュニカティブ・アプローチ** を採用</w:t>
        <w:br/>
        <w:br/>
        <w:t>カラーのイラストや写真を用いた魅力的な内容</w:t>
        <w:br/>
        <w:br/>
        <w:t>無料の音声教材やオンライン学習用プラグインを提供</w:t>
        <w:br/>
        <w:br/>
        <w:br/>
        <w:br/>
        <w:t>Marugoto Japanese Language and Culture is a series of textbooks published by the Japan Foundation, based on the JF Standard for Japanese Language Education, which provides both language learning and cultural skills. The series consists of six levels: A1, A2, B1, B2, C1, and C2. Each level may include one or more volumes. The method is divided into two parts, which may be combined in a single book or published separately: Rikai (coursebook) and Katsudoo (communication activities). This volume corresponds to the Intermediate level (B1) and integrates both Rikai and Katsudoo in one book.</w:t>
        <w:br/>
        <w:br/>
        <w:br/>
        <w:br/>
        <w:t>Marugoto  Japanese Language and Culture est une série de manuels publiée par la Japan Foundation, fondée sur le JF Standard for Japanese Language Education, qui développe à la fois les compétences linguistiques et culturelles. La série se compose de six niveaux : A1, A2, B1, B2, C1 et C2. Chaque niveau peut comprendre un ou plusieurs volumes. La méthode est organisée en deux parties, qui peuvent être regroupées dans un même livre ou publiées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