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Fiabilité, diagnostic et maintenance prédictive des systèmes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Lyonnet, Patrick/ Thomas, Marc/ Toscano, Rosario/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377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365-371. Index</w:t>
            </w:r>
          </w:p>
        </w:tc>
      </w:tr>
      <w:tr>
        <w:trPr>
          <w:trHeight w:val="567"/>
        </w:trPr>
        <w:tc>
          <w:tcPr>
            <w:tcW w:type="dxa" w:w="3000"/>
          </w:tcPr>
          <w:p>
            <w:r>
              <w:t>Numéro d'Identification</w:t>
            </w:r>
          </w:p>
        </w:tc>
        <w:tc>
          <w:tcPr>
            <w:tcW w:type="dxa" w:w="7000"/>
          </w:tcPr>
          <w:p>
            <w:r>
              <w:t>9782743013851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modeles mathematiques/ Produits d'entretien/ </w:t>
            </w:r>
          </w:p>
        </w:tc>
      </w:tr>
    </w:tbl>
    <w:p>
      <w:pPr>
        <w:pStyle w:val="Heading3"/>
      </w:pPr>
      <w:r>
        <w:t>Résumé :</w:t>
      </w:r>
    </w:p>
    <w:p>
      <w:r>
        <w:t>Permettre de concevoir, développer et utiliser des systèmes de diagnostic, de surveillance et de maintenance prédictive pour systèmes complexes (avions, centrales nucléaires, transport, etc.), afin d'optimiser les performances de la sûreté de fonctionnement : tel est l'objectif de cet ouvrage. Pour cela Fiabilité, diagnostic et maintenance prédictive des systèmes s'appuie sur la modélisation des systèmes (parties commandes et opératives), l'évaluation probabiliste et déterministe du  fonctionnement, et la conception de systèmes de surveillance.  Cet ouvrage fait le lien entre le diagnostic, la maintenance et la fiabilité des systèmes techniques, du plus simple au plus complexe. Son approche novatrice et sa présentation en font un véritable guide théorique et pratique pour les ingénieurs qui pourront y trouver la réponse à de nombreux problèmes de diagnostic, de surveillance et de maintenance, en particulier grâce à l'analyse vibratoire.  Très didactique et accompagné de 100 exercices et problèmes résolus reflétant des situations concrètes, il présente les concepts de base pour concevoir et développer correctement des outils ou des systèmes de diagnostic et de maintenance conditionnelle (prédictive) indispensables aux ingénieurs ou aux élèves ingénieurs en génie industriel, génie mécanique, robotique ou sûreté de fonctionnement dans les domaines les plus variés.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