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Réalisez vos alimentations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Mergy, Yves/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2100487302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alimentation électronique/ circuit de puissance/ </w:t>
            </w:r>
          </w:p>
        </w:tc>
      </w:tr>
    </w:tbl>
    <w:p>
      <w:pPr>
        <w:pStyle w:val="Heading3"/>
      </w:pPr>
      <w:r>
        <w:t>Résumé :</w:t>
      </w:r>
    </w:p>
    <w:p>
      <w:r>
        <w:t>Ce livre explique les principes fondamentaux de la conversion et de la régulation de l’énergie électrique, puis guide pas à pas dans la conception et la réalisation pratique d’alimentations électroniques, qu’elles soient linéaires ou à découpage. Il présente les composants nécessaires, les schémas de base, les méthodes de calcul, ainsi que des exemples de montages adaptés aux différents besoins des circuits électroniques, tout en insistant sur la fiabilité, la sécurité et l’efficacité énergétique.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