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d'électronique. T3, Amplification, circuits intégrés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Milsant,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d’électronique/ circuit intégré/ </w:t>
            </w:r>
          </w:p>
        </w:tc>
      </w:tr>
    </w:tbl>
    <w:p>
      <w:pPr>
        <w:pStyle w:val="Heading3"/>
      </w:pPr>
      <w:r>
        <w:t>Résumé :</w:t>
      </w:r>
    </w:p>
    <w:p>
      <w:r>
        <w:t>Objectif général</w:t>
        <w:br/>
        <w:br/>
        <w:t>Ce tome traite de l’amplification des signaux (tension, courant, puissance) dans les circuits électroniques, ainsi que des principes, technologies et applications des circuits intégrés (CI). Il vise à proposer des problèmes et exercices pratiques sur ces thèmes pour consolider la compréhension théorique.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