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mathématiques pour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Vélu,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413-421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9782100594528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logique mathématiques/ l'optimisation/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concepts fondamentaux de la façon la plus intuitive possible, avant de rocéder à une mise en forme abstraite. Les questions posées tout au long du livre conduisent à des méthodes pratiques permettant de les résoudre sans hésiter. Des exercices, variés et  souvent distrayants, éclairent les démonstrations qui vont à l'essentiel.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