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Malvino, Albert Paul/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1003-1008</w:t>
            </w:r>
          </w:p>
        </w:tc>
      </w:tr>
      <w:tr>
        <w:trPr>
          <w:trHeight w:val="567"/>
        </w:trPr>
        <w:tc>
          <w:tcPr>
            <w:tcW w:type="dxa" w:w="3000"/>
          </w:tcPr>
          <w:p>
            <w:r>
              <w:t>Numéro d'Identification</w:t>
            </w:r>
          </w:p>
        </w:tc>
        <w:tc>
          <w:tcPr>
            <w:tcW w:type="dxa" w:w="7000"/>
          </w:tcPr>
          <w:p>
            <w:r>
              <w:t>210005810x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fondamentale/ amplificateurs linéaires et de puissance/ </w:t>
            </w:r>
          </w:p>
        </w:tc>
      </w:tr>
    </w:tbl>
    <w:p>
      <w:pPr>
        <w:pStyle w:val="Heading3"/>
      </w:pPr>
      <w:r>
        <w:t>Résumé :</w:t>
      </w:r>
    </w:p>
    <w:p>
      <w:r>
        <w:t>Cet ouvrage est la référence incontournable de tout étudiant en électronique. sa sixième édition se distingue notamment par une approche pédagogique extrêmement étudiée. vous trouverez au début de chaque chapitre les listes précises des compétences et du vocabulaire que vous allez acquérir. le cours est très bien structuré. il met toujours l'accent sur la pratique de l'électronicien, les situations de dépannage, bref, il vous permet d'aborder très concrètement la discipline. il est accompagné d'encadrés traitant de l'électronique au quotidien ou des découvertes et développements importants dans le domaine, ainsi que de nombreuses questions d'application résolues pour vous permettre de mieux saisir les notions abordées. le texte est abondamment illustré : plus de mille figures en couleur, des photos, des tableaux apportent la lumière nécessaire à sa compréhension ! l'auteur fait un résumé de chaque paragraphe du cours et répertorie chaque définition, loi ou relation importante, en l'accompagnant d'un schéma explicatif, ce qui constitue un excellent aide-mémoire avant d'attaquer les exercices. le résumé est suivi d'un questionnaire à choix multiples très complet pour vous permettre d'évaluer votre compréhension du cours. et pour savoir si vous maîtrisez bien le sujet, ou en tout cas suffisamment pour ne pas être déstabilisé, des questions qui pourraient vous être posées lors d'un entretien d'embauche vous sont proposées. a vous de vous mettre en condition ! des exercices et des problèmes corrigés, de difficulté progressive, sont regroupés par sujet. vous trouverez aussi les rubriques " grille de dépannage " et " analyse variationnelle " qui sont destinées à vous mettre en situation concrète de dépannage en vous apportant des méthodes. des liens avec un site web comprenant des exercices complémentaires et des tp vous sont proposés. l'ouvrage se termine par un récapitulatif de toutes les notations employées, un lexique précieux intégrant les termes d'électronique en français et en anglais et un index très complet.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