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végétale.T3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Champagnat, P/ Ozenda, P/ Baillaud,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491-506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phytohormone/ polarité/ </w:t>
            </w:r>
          </w:p>
        </w:tc>
      </w:tr>
    </w:tbl>
    <w:p>
      <w:pPr>
        <w:pStyle w:val="Heading3"/>
      </w:pPr>
      <w:r>
        <w:t>Résumé :</w:t>
      </w:r>
    </w:p>
    <w:p>
      <w:r>
        <w:t>Ce troisième tome du précis de biologie végétale traite d'une part de la croissance, de la morphogenèse et des mouvements des plantes, d'autre part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