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Linux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Gunter, David/ Jeanelle, André/ Tackett Jr., Jack/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Simon&amp;Schuster Macmillan/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Macmillan(N°:None)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2744002674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Linux (système d'exploitation)/ site web/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