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Colles Bio cell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Collin,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2729812407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bioénergétique/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 qui compte plus de 250 plans,les différents domaines de la biologie cellulaire sont passés en revue: état acellulaire et état cellulaire, molécules du vivant, bioénergétique, génétique.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