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avec Photoshop Lightroom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Vibert, Jean-François/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Cré@(N°:None)</w:t>
            </w:r>
          </w:p>
        </w:tc>
      </w:tr>
      <w:tr>
        <w:trPr>
          <w:trHeight w:val="567"/>
        </w:trPr>
        <w:tc>
          <w:tcPr>
            <w:tcW w:type="dxa" w:w="3000"/>
          </w:tcPr>
          <w:p>
            <w:r>
              <w:t>Numéro d'Identification</w:t>
            </w:r>
          </w:p>
        </w:tc>
        <w:tc>
          <w:tcPr>
            <w:tcW w:type="dxa" w:w="7000"/>
          </w:tcPr>
          <w:p>
            <w:r>
              <w:t>9782100523726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photoshop Lightroom 2/ retouche photo/ </w:t>
            </w:r>
          </w:p>
        </w:tc>
      </w:tr>
    </w:tbl>
    <w:p>
      <w:pPr>
        <w:pStyle w:val="Heading3"/>
      </w:pPr>
      <w:r>
        <w:t>Résumé :</w:t>
      </w:r>
    </w:p>
    <w:p>
      <w:r>
        <w:t>Cet livre propose une série de travaux pratiques qui guident le lecteur à travers les différentes fonctionnalités de Lightroom 2. Jean-François Vibert aborde des techniques de retouche photo, des méthodes d’organisation des images, ainsi que des astuces pour optimiser les flux de travail. L’ouvrage est conçu pour permettre aux utilisateurs d’améliorer leurs compétences en retouche photo tout en apprenant à tirer parti des outils de Lightroom de manière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