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Produire du lait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Mauriès, Mathieu/ Allard, Guy/ Emile, Jean-Claude/ Parent, Diane/ Pellerin, Doris/ </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2855570395</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Élevage laitier/ Agriculture biologique/ </w:t>
            </w:r>
          </w:p>
        </w:tc>
      </w:tr>
    </w:tbl>
    <w:p>
      <w:pPr>
        <w:pStyle w:val="Heading3"/>
      </w:pPr>
      <w:r>
        <w:t>Résumé :</w:t>
      </w:r>
    </w:p>
    <w:p>
      <w:r>
        <w:t>Changer son système de production pour passer à l'agriculture biologique exige de repenser les liaisons entre le sol, la plante, l'animal et l'homme. Dans cet ouvrage, les auteurs passent en revue tous les aspects de la ferme laitière, sols, cultures, alimentation, reproduction, santé, gestion technico-économique, conseil et aussi l'organisation collective pour la commercialisation des produits laitiers biologiques. Sous la pression des consommateurs, l'agriculture conventionnelle se remet en question. Les limites des systèmes de production intensifs semblent atteintes, voire dépassées. Les conséquences de ces excès, notamment en matière d'environnement et de qualité alimentaire, interpellent de nombreux éleveurs. La production de " lait bio ", symbole de la pureté, de la fraîcheur et de la santé, correspond à une forme d'agriculture plus respectueuse du milieu naturel, et de plus, susceptible d'améliorer le revenu de l'exploitant. Mais ce changement est difficile; il ne doit surtout pas s'effectuer dans l'improvisation, synonyme d'échec. Ce livre, fruit d'une collaboration entre chercheurs et praticiens français et québécois, est un guide pour gérer la transition et apprendre à produire du lait autrement. Son ambition est d'aider le lecteur à réussir le passage d'un élevage laitier conventionnel à un élevage laitier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