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dictionnaire de la micro-informatique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Virga/ Mesters,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Marabout/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Marabout service(N°:None)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2501011864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micro-informatique/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qui vise à présenter de manière exhaustive le vocabulaire et les concepts liés à la micro-informatique. Il couvre une large gamme de sujets, allant des notions de base aux termes plus techniques, en passant par les évolutions récentes du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