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Lafont, Françoise/ Plas, Christian/ Cazaubon, Patrice/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270401082X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biochimie clinique/ </w:t>
            </w:r>
          </w:p>
        </w:tc>
      </w:tr>
    </w:tbl>
    <w:p>
      <w:pPr>
        <w:pStyle w:val="Heading3"/>
      </w:pPr>
      <w:r>
        <w:t>Résumé :</w:t>
      </w:r>
    </w:p>
    <w:p>
      <w:r>
        <w:t>Cet ouvrage, accessible aux élèves des sections préparant au baccalauréat technologique série " Sciences et Technologies de Laboratoire ", spécialité " Biochimie - Génie biologique ", est plus particulièrement destiné aux étudiants préparant un : ( BTS Analyses Biologiques ; ( BTS Biochimiste ; ( DUT de Biologie Appliquée, option " Analyses Biologiques et Biochimiques " ; ( DETAB. Il s'adresse également aux étudiants en biologie du premier cycle universitaire (DEUG, PCEM) et intéressera ceux qui préparent le CAPET ou l'Agrégation de Biochimie - Génie Biologique. Il couvre l'ensemble des domaines de la biochimie que doit connaître un futur technicien de biologie médicale techniques de base, sécurité ; structure, propriétés, métabolisme et analyse des constituants des liquides biologiques (eau, éléments minéraux, glucides, lipides et composés azotés) ; enzymologie générale et clinique ; biochimie appliquée : prélèvements biologiques, contrôle de qualité, analyse automatique. Plus de 350 exercices sont proposés, dont la moitié concerne la biochimie clinique. La plupart font l'objet d'un corrigé, plus ou moins détaillé selon les cas. Cette seconde édition, revue et corrigée, est enrichie par : ( l'ajout d'exercices de biochimie clinique extraits des sujets de sessions récentes du BTS AB ; ( l'ajout d'exercices plus spécifiquement destinés aux étudiants préparant un BTS Biochimiste (préparation de solutions tampon, CLHP, CPG...).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