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C [plus-plus]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Vasiliu, Marius/ </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 p.p. 261-246</w:t>
            </w:r>
          </w:p>
        </w:tc>
      </w:tr>
      <w:tr>
        <w:trPr>
          <w:trHeight w:val="567"/>
        </w:trPr>
        <w:tc>
          <w:tcPr>
            <w:tcW w:type="dxa" w:w="3000"/>
          </w:tcPr>
          <w:p>
            <w:r>
              <w:t>Numéro d'Identification</w:t>
            </w:r>
          </w:p>
        </w:tc>
        <w:tc>
          <w:tcPr>
            <w:tcW w:type="dxa" w:w="7000"/>
          </w:tcPr>
          <w:p>
            <w:r>
              <w:t>9782744070983</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 (langage de programmation)/ programmation orientée objets  ( informatique)/ </w:t>
            </w:r>
          </w:p>
        </w:tc>
      </w:tr>
    </w:tbl>
    <w:p>
      <w:pPr>
        <w:pStyle w:val="Heading3"/>
      </w:pPr>
      <w:r>
        <w:t>Résumé :</w:t>
      </w:r>
    </w:p>
    <w:p>
      <w:r>
        <w:t>C++ est un langage de programmation polyvalent qui prend en charge plusieurs paradigmes, y compris la programmation procédurale, la programmation orientée objet et la programmation générique. Il est largement utilisé dans le développement de systèmes d’exploitation, de logiciels d’application, de jeux vidéo, et dans des domaines nécessitant des performances élevées.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