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choix des composants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Machut, Jean-François/ </w:t>
            </w:r>
          </w:p>
        </w:tc>
      </w:tr>
      <w:tr>
        <w:trPr>
          <w:trHeight w:val="567"/>
        </w:trPr>
        <w:tc>
          <w:tcPr>
            <w:tcW w:type="dxa" w:w="3000"/>
          </w:tcPr>
          <w:p>
            <w:r>
              <w:t>Adresse bib.</w:t>
            </w:r>
          </w:p>
        </w:tc>
        <w:tc>
          <w:tcPr>
            <w:tcW w:type="dxa" w:w="7000"/>
          </w:tcPr>
          <w:p>
            <w:r>
              <w:t xml:space="preserve">ETSF/ Dunod/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2100045784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composant électronique/ catalogue technique/ </w:t>
            </w:r>
          </w:p>
        </w:tc>
      </w:tr>
    </w:tbl>
    <w:p>
      <w:pPr>
        <w:pStyle w:val="Heading3"/>
      </w:pPr>
      <w:r>
        <w:t>Résumé :</w:t>
      </w:r>
    </w:p>
    <w:p>
      <w:r>
        <w:t>Quel électronicien n'a jamais rêvé de réaliser ses propres circuits électroniques à partir d'un schéma structurel créé pour le besoin ou emprunté dans un ouvrage ? ne vous contentez plus d'être de simples assembleurs de " kits " électroniques, mêmes complexes, pensés pour vous par quelqu'un d'autre, de la conception du schéma structurel au routage, en passant par le choix des composants. vous faire franchir les portes de la conception et vous faire enfin connaître les joies de la création électronique, c'est ce que nous vous proposons dans ce livre. la démarche adoptée par l'auteur s'éloigne résolument de celles - souvent rébarbatives - employées dans les ouvrages d'électronique " conventionnels ". originale, elle permet de rationaliser la conception de la maquette à travers une réflexion sur le choix des composants. véritable livre outil, ce guide du savoir-faire et du savoir choisir s'adresse bien entendu aux électroniciens amateurs mais aussi aux élèves qui suivent une formation en électronique (bep, bacs professionnels, bts et iut). ils puiseront dans ce livre des informations que leurs enseignants ont rarement le temps de donner, et qui s'avèrent souvent primordiales pour réaliser un circuit fiable et performant.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