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Photo numérique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Maillard, Elise/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tout en images(N°:None)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2744014079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prise de vue/ traitement d'image/ </w:t>
            </w:r>
          </w:p>
        </w:tc>
      </w:tr>
    </w:tbl>
    <w:p>
      <w:pPr>
        <w:pStyle w:val="Heading3"/>
      </w:pPr>
      <w:r>
        <w:t>Résumé :</w:t>
      </w:r>
    </w:p>
    <w:p>
      <w:r>
        <w:t>Vous voulez réussir vos photos et connaître toutes les possibilités qu'offrent les appareils numériques sans perdre de temps avec des détails techniques ? Que vous veniez d'acquérir un appareil ou que vous souhaitiez tirer le meilleur parti de votre équipement, ce livre ludique et interactif répondra à vos attentes et vous accompagnera pas à pas dans toutes les actions qu'il décrit. De la prise de vue à l'installation du pilote en passant par la retouche d'images, chaque étape est détaillée et expliquée avec des mots simples.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