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UML et XML pour le commerce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Troulet Lambert, Odile/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239-241.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2746201186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 (langage de balisage)/ UML (informatique)/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