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Burnett, Steven Forrest/ Warion, Veronique/ Burr, Emmanuelle/ Campillo, Véronique/ Tackett Jr., Jack/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 Campus Press(N°:None)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843-865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2744008001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linux (systéme d'exploitation des ordinateurs)/ Linux (logiciels)/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livre toutes les informations nécessaires pour administrer efficacement les systèmes Linux. Vous saurez rapidement gérer les fichiers, imprimer, utiliser X Window. Vous apprendrez également à utiliser et à administrer Linux en réseau. Vous découvrirez comment configurer un réseau TCP/IP et exploiter des ressources Internet telles que le courrier électronique et les news. Enfin, l'installation, la configuration et la gestion d'un serveur Web sous Linux n'auront plus aucun secret pour vous.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