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Appareils et méthodes en biochimie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Kamoun, Pierre/ Lauriat, F./ Matray,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Flammarion Médecine-sciences/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225710109X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Biochimie/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Biochimie appareil et matériel/ biochimie Précis/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