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Biopesticides d'origine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Philogène, Bernard J. R./ Vincent, Charles/ Regnault-Roger, Catherine/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XIX-337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514-546</w:t>
            </w:r>
          </w:p>
        </w:tc>
      </w:tr>
      <w:tr>
        <w:trPr>
          <w:trHeight w:val="567"/>
        </w:trPr>
        <w:tc>
          <w:tcPr>
            <w:tcW w:type="dxa" w:w="3000"/>
          </w:tcPr>
          <w:p>
            <w:r>
              <w:t>Numéro d'Identification</w:t>
            </w:r>
          </w:p>
        </w:tc>
        <w:tc>
          <w:tcPr>
            <w:tcW w:type="dxa" w:w="7000"/>
          </w:tcPr>
          <w:p>
            <w:r>
              <w:t>2743005270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toxicité/ vector control/ </w:t>
            </w:r>
          </w:p>
        </w:tc>
      </w:tr>
    </w:tbl>
    <w:p>
      <w:pPr>
        <w:pStyle w:val="Heading3"/>
      </w:pPr>
      <w:r>
        <w:t>Résumé :</w:t>
      </w:r>
    </w:p>
    <w:p>
      <w:r>
        <w:t>Cette deuxième édition augmentée de Biopesticides d'origine végétale fait état des dernières découvertes au niveau fondamental et appliqué. Fruit des travaux de spécialistes provenant de plusieurs horizons disciplinaires (entomologie, allélopathie, écologie chimique, botanique, chimie des substances naturelles) et de trois continents (Afrique, Amérique du Nord et Europe), elle s'adresse plus spécifiquement aux praticiens et professionnels de la protection des végétaux ainsi qu'aux chercheurs, enseignants et étudiants des 2e et 3e cycles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