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du développement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Slack, Jonathan/ Lesnik, Thierry/ Brachet, Étienne/ </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482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9782804143374</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biologie du développement/ </w:t>
            </w:r>
          </w:p>
        </w:tc>
      </w:tr>
    </w:tbl>
    <w:p>
      <w:pPr>
        <w:pStyle w:val="Heading3"/>
      </w:pPr>
      <w:r>
        <w:t>Résumé :</w:t>
      </w:r>
    </w:p>
    <w:p>
      <w:r>
        <w:t>Ce livre présente les données de base ainsi que les avancées récentes de la connaissance des processus par lesquels un oeuf se développe en un organisme adulte.</w:t>
        <w:br/>
        <w:br/>
        <w:t>La biologie du développement est une discipline centrale de la biologie, qui intègre la biologie moléculaire, la génétique et l'anatomie. Ce livre présente les données de base ainsi que les avancées récentes de la connaissance des processus par lesquels un oeuf se développe en un organisme adulte. La première partie introduit les principes et les approches de la biologie du développement. La deuxième recouvre le développement caractéristique de chacune des principales espèces modèles utilisées en recherche. Quant à la troisième, elle présente en détails l'organogenèse dans l'embryon.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