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marinades de produits de la mer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Knockaert, Camille/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IFREMER/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Valorisation des produits de la mer(N°:None)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290543421X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Alimentaire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Produits de la pêche/ Aliments marinés/ </w:t>
            </w:r>
          </w:p>
        </w:tc>
      </w:tr>
    </w:tbl>
    <w:p>
      <w:pPr>
        <w:pStyle w:val="Heading3"/>
      </w:pPr>
      <w:r>
        <w:t>Résumé :</w:t>
      </w:r>
    </w:p>
    <w:p>
      <w:r>
        <w:t>S'adresse aussi bien aux amateurs qu'aux artisans et industriels de la transformation des produits de la mer. ©Electre 2025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