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d’électronique.T1, introduction,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11e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300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l'électronique industrielle/ circuits à régime variable/ </w:t>
            </w:r>
          </w:p>
        </w:tc>
      </w:tr>
    </w:tbl>
    <w:p>
      <w:pPr>
        <w:pStyle w:val="Heading3"/>
      </w:pPr>
      <w:r>
        <w:t>Résumé :</w:t>
      </w:r>
    </w:p>
    <w:p>
      <w:r>
        <w:t>Tempête vit seul avec son père, en Australie, sur une longue bande de sable entre la lagune et l'océan indien. Il aime les jours de grand vent où la mer se déchaîne. Un jour, Tempête découvre trois jeunes pélicans dont la mère a été abattue par des chasseurs. Il les ramène à la cahute et les soigne. Monsieur Perceval, son préféré, grandit près de lui. Mais les chasseurs rôdent toujours.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