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Benazzoug,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9789961005224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cytologie/ bio-mécical/ </w:t>
            </w:r>
          </w:p>
        </w:tc>
      </w:tr>
    </w:tbl>
    <w:p>
      <w:pPr>
        <w:pStyle w:val="Heading3"/>
      </w:pPr>
      <w:r>
        <w:t>Résumé :</w:t>
      </w:r>
    </w:p>
    <w:p>
      <w:r>
        <w:t>Ce polycopié a pour objet l'illustration des cours de cytologie donnés aux premières années du tcsn .c'est un complément indispensable de ce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