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DIX] 110 études pratiques de l'amplificateur opérationnel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Marston, Raymond Michael/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136 p.</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techniciens E.E.A.(N°:None)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unijonction/ étude a thytistors/ </w:t>
            </w:r>
          </w:p>
        </w:tc>
      </w:tr>
    </w:tbl>
    <w:p>
      <w:pPr>
        <w:pStyle w:val="Heading3"/>
      </w:pPr>
      <w:r>
        <w:t>Résumé :</w:t>
      </w:r>
    </w:p>
    <w:p>
      <w:r>
        <w:t>Ce livre présente une série de 110 montages et applications pratiques mettant en œuvre l’amplificateur opérationnel. Il couvre les notions de base, les configurations fondamentales (inverseur, non-inverseur, suiveur), puis explore les fonctions analogiques avancées comme les filtres, oscillateurs, comparateurs, intégrateurs, dérivateurs et régulateurs. L’ouvrage met l’accent sur la compréhension pratique, l’expérimentation et l’utilisation de l’amplificateur opérationnel dans des domaines variés de l’électronique, en offrant des exemples concrets et directement exploitables.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