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Indge, Bill/ Heusser, Sandrine/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9782100511877</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w:t>
            </w:r>
          </w:p>
        </w:tc>
      </w:tr>
    </w:tbl>
    <w:p>
      <w:pPr>
        <w:pStyle w:val="Heading3"/>
      </w:pPr>
      <w:r>
        <w:t>Résumé :</w:t>
      </w:r>
    </w:p>
    <w:p>
      <w:r>
        <w:t>Ce dictionnaire encyclopédique explicite les mots clés utilisés en Sciences de la vie. Les grands domaines de la biologie sont abordés : biologie végétale, biologie animale, biologie cellulaire, écologie, physiologie humaine, génétique, microbiologie, évolution... Les 1 100 entrées sont accompagnées de leurs traductions en anglais afin de familiariser le lecteur avec des termes qu'il rencontrera inexorablement dans des articles scientifiques ou sur Internet. Chaque entrée débute par une définition claire, suivie d'une explication et d'exemples.</w:t>
        <w:br/>
        <w:br/>
        <w:br/>
        <w:br/>
        <w:t>Plus le terme est important, plus l'entrée est détaillée. Des conseils permettent d'éviter les pièges et la dernière partie du livre est consacrée à la révision des examens. Véritable outil de travail, ce livre est destiné aux étudiants des premières années d'études supérieures (Sciences de la vie, Médecine, Pharmacie), aux élèves des classes préparatoires et aux candidats aux concours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