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radiométrie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Meyzonnette, Jean Louis/ Lépine,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2854285530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radiométrie optique/ angle solide/ </w:t>
            </w:r>
          </w:p>
        </w:tc>
      </w:tr>
    </w:tbl>
    <w:p>
      <w:pPr>
        <w:pStyle w:val="Heading3"/>
      </w:pPr>
      <w:r>
        <w:t>Résumé :</w:t>
      </w:r>
    </w:p>
    <w:p>
      <w:r>
        <w:t>Le monde physique nous est accessible en grande partie grâce à la lumière, et nombreuses sont les lois fondamentales de la physique qui ont été vérifiées d'une façon optique. En plus de ses applications en recherche, l'optique est utilisée dans un nombre grandissant de domaines : optronique de défense et du spatial, médical, éclairage, industrie de l'image, grand public, télécommunications optiques, etc. La radiométrie optique, ou photométrie, est la discipline concernant la caractérisation théorique et expérimentale des rayonnements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