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Electronique.T1, theorie du signal et 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Manneville/ Jacques, Esquieu/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2100048120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Théorie du signal/ vecteur de fresnel/ </w:t>
            </w:r>
          </w:p>
        </w:tc>
      </w:tr>
    </w:tbl>
    <w:p>
      <w:pPr>
        <w:pStyle w:val="Heading3"/>
      </w:pPr>
      <w:r>
        <w:t>Résumé :</w:t>
      </w:r>
    </w:p>
    <w:p>
      <w:r>
        <w:t>Ce volume introduit les notions fondamentales de la théorie du signal et des composants électroniques. Il aborde la représentation et l’analyse des signaux, les principes de fonctionnement des principaux composants (résistances, condensateurs, inductances, diodes, transistors), ainsi que leur utilisation dans les circuits de base. L’ouvrage combine cours théorique et nombreux exercices corrigés, permettant d’acquérir à la fois une compréhension conceptuelle et une maîtrise pratique des applications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