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Indge, Bill/ Heusser, Sandrine/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9782100074112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Ce livre contient plus de 1100 définitions et exemples relevant de nombreuses disciplines biologiques (zoologie, botanique et microbiologie, physiologies humaine, animale et végétale, biologie du développement, biologie cellulaire, écologie et évolution... ). Il s'adresse donc à un public large : des élèves de terminales S aux étudiants en classes préparatoires en passant par les candidats préparant le CAPES ou l'agrégation de SVT. Les définitions, rigoureuses, sont illustrées par un schéma et par un exemple original. La dernière partie du livre est consacrée à la préparation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