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et instrumentation. V1, De la physique du capteur au signal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Placko, Dominique/ </w:t>
            </w:r>
          </w:p>
        </w:tc>
      </w:tr>
      <w:tr>
        <w:trPr>
          <w:trHeight w:val="567"/>
        </w:trPr>
        <w:tc>
          <w:tcPr>
            <w:tcW w:type="dxa" w:w="3000"/>
          </w:tcPr>
          <w:p>
            <w:r>
              <w:t>Adresse bib.</w:t>
            </w:r>
          </w:p>
        </w:tc>
        <w:tc>
          <w:tcPr>
            <w:tcW w:type="dxa" w:w="7000"/>
          </w:tcPr>
          <w:p>
            <w:r>
              <w:t xml:space="preserve">Hermes Science/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Systèmes automatisés(N°:None)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2746201569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signal électronique/ admittance généralisée/ </w:t>
            </w:r>
          </w:p>
        </w:tc>
      </w:tr>
    </w:tbl>
    <w:p>
      <w:pPr>
        <w:pStyle w:val="Heading3"/>
      </w:pPr>
      <w:r>
        <w:t>Résumé :</w:t>
      </w:r>
    </w:p>
    <w:p>
      <w:r>
        <w:t>Ce volume introduit les bases de la mesure en sciences et en ingénierie. Il présente la physique des capteurs, leur principe de fonctionnement et les phénomènes physiques exploités pour convertir une grandeur mesurée en signal électrique. L’ouvrage aborde les chaînes de mesure, le conditionnement des signaux, ainsi que les méthodes d’acquisition et de traitement. Il met l’accent sur la précision, la fiabilité et l’interprétation des données, en reliant la théorie physique des capteurs aux applications pratiques de l’instrumentation.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