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Notions fondamentales pour l'electricité et l'electronique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Hamdoune, Abdelkader/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Pages Bleues/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manuels de l'etudiant(N°:None)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9789947850961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électrique/ 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Ce manuel vise à poser les bases solides du génie électrique pour les étudiants de premier cycle (écoles d’ingénieurs, facultés de sciences physiques et techniques). il couvre à la fois les principes de l’électricité, de l’électronique, de l’électrotechnique et du traitement du signal, avec de nombreux exercices et sujets d’examen corrigés pour faciliter l’apprentissage.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