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Word 97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Steven, Lynda/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2744002682</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211-221</w:t>
            </w:r>
          </w:p>
        </w:tc>
      </w:tr>
      <w:tr>
        <w:trPr>
          <w:trHeight w:val="567"/>
        </w:trPr>
        <w:tc>
          <w:tcPr>
            <w:tcW w:type="dxa" w:w="3000"/>
          </w:tcPr>
          <w:p>
            <w:r>
              <w:t>Numéro d'Identification</w:t>
            </w:r>
          </w:p>
        </w:tc>
        <w:tc>
          <w:tcPr>
            <w:tcW w:type="dxa" w:w="7000"/>
          </w:tcPr>
          <w:p>
            <w:r>
              <w:t>2744002682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microsoft word (logiciel)/ traitement de texte/ </w:t>
            </w:r>
          </w:p>
        </w:tc>
      </w:tr>
    </w:tbl>
    <w:p>
      <w:pPr>
        <w:pStyle w:val="Heading3"/>
      </w:pPr>
      <w:r>
        <w:t>Résumé :</w:t>
      </w:r>
    </w:p>
    <w:p>
      <w:r>
        <w:t>“Word 97” est un manuel complet conçu pour aider les utilisateurs à naviguer et à maîtriser Microsoft Word dans sa version 97. Linda Stevens aborde les fonctionnalités essentielles du logiciel, allant de la création de documents simples à l’utilisation de fonctionnalités avancées telles que le formatage, l’insertion d’images, la création de tableaux, et l’utilisation de modèles. Le livre fournit des conseils pratiques, des astuces et des exemples concrets pour améliorer l’efficacité des utilisateurs dans la rédaction de documents et la gestion de l’édition de texte. Grâce à un langage clair et accessible, ce guide est parfait pour les débutants ainsi que pour ceux qui souhaitent approfondir leurs connaissances sur Word.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